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8FD36E" w14:textId="77777777" w:rsidR="0093606F" w:rsidRDefault="00000000">
      <w:pPr>
        <w:spacing w:after="0"/>
        <w:jc w:val="center"/>
      </w:pPr>
      <w:r>
        <w:rPr>
          <w:b/>
          <w:color w:val="000000"/>
          <w:sz w:val="44"/>
        </w:rPr>
        <w:t>ZENSHE</w:t>
      </w:r>
      <w:r>
        <w:rPr>
          <w:b/>
          <w:color w:val="C59B45"/>
          <w:sz w:val="24"/>
        </w:rPr>
        <w:t xml:space="preserve">  MOBILE NOTARY LLC</w:t>
      </w:r>
    </w:p>
    <w:p w14:paraId="44AF06D7" w14:textId="77777777" w:rsidR="0093606F" w:rsidRDefault="00000000">
      <w:pPr>
        <w:spacing w:after="20"/>
        <w:jc w:val="center"/>
      </w:pPr>
      <w:r>
        <w:rPr>
          <w:b/>
          <w:sz w:val="30"/>
        </w:rPr>
        <w:t>APOSTILLE SERVICE INTAKE FORM</w:t>
      </w:r>
    </w:p>
    <w:p w14:paraId="09A644D2" w14:textId="77777777" w:rsidR="0093606F" w:rsidRDefault="00000000">
      <w:pPr>
        <w:spacing w:after="100"/>
        <w:jc w:val="center"/>
      </w:pPr>
      <w:r>
        <w:rPr>
          <w:sz w:val="16"/>
        </w:rPr>
        <w:t>(941) 479-2392  •  Apostille Facilitation &amp; Document Authentication Support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52"/>
        <w:gridCol w:w="1776"/>
        <w:gridCol w:w="1776"/>
        <w:gridCol w:w="3552"/>
      </w:tblGrid>
      <w:tr w:rsidR="0093606F" w14:paraId="3ADF9041" w14:textId="77777777">
        <w:tc>
          <w:tcPr>
            <w:tcW w:w="3552" w:type="dxa"/>
            <w:shd w:val="clear" w:color="auto" w:fill="F4F4F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AAD02E" w14:textId="77777777" w:rsidR="0093606F" w:rsidRDefault="00000000">
            <w:r>
              <w:rPr>
                <w:b/>
                <w:sz w:val="16"/>
              </w:rPr>
              <w:t>Client / Job #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gridSpan w:val="2"/>
            <w:shd w:val="clear" w:color="auto" w:fill="F4F4F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014EC7" w14:textId="77777777" w:rsidR="0093606F" w:rsidRDefault="00000000">
            <w:r>
              <w:rPr>
                <w:b/>
                <w:sz w:val="16"/>
              </w:rPr>
              <w:t>Date Intake Received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shd w:val="clear" w:color="auto" w:fill="F4F4F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37E882" w14:textId="77777777" w:rsidR="0093606F" w:rsidRDefault="00000000">
            <w:r>
              <w:rPr>
                <w:b/>
                <w:sz w:val="16"/>
              </w:rPr>
              <w:t>Requested Completion / Travel Date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0202B0EC" w14:textId="77777777">
        <w:tc>
          <w:tcPr>
            <w:tcW w:w="10656" w:type="dxa"/>
            <w:gridSpan w:val="4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DDCF7" w14:textId="77777777" w:rsidR="0093606F" w:rsidRDefault="00000000">
            <w:r>
              <w:rPr>
                <w:b/>
                <w:color w:val="FFFFFF"/>
                <w:sz w:val="18"/>
              </w:rPr>
              <w:t>CLIENT INFORMATION</w:t>
            </w:r>
          </w:p>
        </w:tc>
      </w:tr>
      <w:tr w:rsidR="0093606F" w14:paraId="4BF83FBE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A0242" w14:textId="77777777" w:rsidR="0093606F" w:rsidRDefault="00000000">
            <w:r>
              <w:rPr>
                <w:b/>
                <w:sz w:val="16"/>
              </w:rPr>
              <w:t>Client Full Name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45847A" w14:textId="77777777" w:rsidR="0093606F" w:rsidRDefault="00000000">
            <w:r>
              <w:rPr>
                <w:b/>
                <w:sz w:val="16"/>
              </w:rPr>
              <w:t>Best Phone Number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799292EF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24CCB" w14:textId="77777777" w:rsidR="0093606F" w:rsidRDefault="00000000">
            <w:r>
              <w:rPr>
                <w:b/>
                <w:sz w:val="16"/>
              </w:rPr>
              <w:t>Email Address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38C963" w14:textId="77777777" w:rsidR="0093606F" w:rsidRDefault="00000000">
            <w:r>
              <w:rPr>
                <w:b/>
                <w:sz w:val="16"/>
              </w:rPr>
              <w:t>Preferred Contact Method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2E5817F9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1BCEF8" w14:textId="77777777" w:rsidR="0093606F" w:rsidRDefault="00000000">
            <w:r>
              <w:rPr>
                <w:b/>
                <w:sz w:val="16"/>
              </w:rPr>
              <w:t>Mailing Address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  <w: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DFA209" w14:textId="77777777" w:rsidR="0093606F" w:rsidRDefault="00000000">
            <w:r>
              <w:rPr>
                <w:b/>
                <w:sz w:val="16"/>
              </w:rPr>
              <w:t>City / State / ZIP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  <w: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046A7E02" w14:textId="77777777">
        <w:tc>
          <w:tcPr>
            <w:tcW w:w="10656" w:type="dxa"/>
            <w:gridSpan w:val="4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9C8A18" w14:textId="77777777" w:rsidR="0093606F" w:rsidRDefault="00000000">
            <w:r>
              <w:rPr>
                <w:b/>
                <w:color w:val="FFFFFF"/>
                <w:sz w:val="18"/>
              </w:rPr>
              <w:t>DESTINATION &amp; PURPOSE</w:t>
            </w:r>
          </w:p>
        </w:tc>
      </w:tr>
      <w:tr w:rsidR="0093606F" w14:paraId="75748D5C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0CA8D" w14:textId="77777777" w:rsidR="0093606F" w:rsidRDefault="00000000">
            <w:r>
              <w:rPr>
                <w:b/>
                <w:sz w:val="16"/>
              </w:rPr>
              <w:t>Country Where Document Will Be Used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7430F" w14:textId="77777777" w:rsidR="0093606F" w:rsidRDefault="00000000">
            <w:r>
              <w:rPr>
                <w:b/>
                <w:sz w:val="16"/>
              </w:rPr>
              <w:t>Purpose (marriage, school, immigration, business, etc.)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0C1E157C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FE674" w14:textId="77777777" w:rsidR="0093606F" w:rsidRDefault="00000000">
            <w:r>
              <w:rPr>
                <w:b/>
                <w:sz w:val="16"/>
              </w:rPr>
              <w:t>Receiving Agency / Consulate / Organization (if known)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18B67F" w14:textId="77777777" w:rsidR="0093606F" w:rsidRDefault="00000000">
            <w:r>
              <w:rPr>
                <w:b/>
                <w:sz w:val="16"/>
              </w:rPr>
              <w:t>Required Deadline / Appointment Date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685A75AD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2AE65F" w14:textId="77777777" w:rsidR="0093606F" w:rsidRDefault="00000000">
            <w:r>
              <w:rPr>
                <w:b/>
                <w:sz w:val="16"/>
              </w:rPr>
              <w:t>Has receiving party provided written requirements?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4D0C8" w14:textId="77777777" w:rsidR="0093606F" w:rsidRDefault="00000000">
            <w:r>
              <w:rPr>
                <w:b/>
                <w:sz w:val="16"/>
              </w:rPr>
              <w:t>Contact / Reference Number (if applicable)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3DB16978" w14:textId="77777777">
        <w:tc>
          <w:tcPr>
            <w:tcW w:w="10656" w:type="dxa"/>
            <w:gridSpan w:val="4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152C6" w14:textId="77777777" w:rsidR="0093606F" w:rsidRDefault="00000000">
            <w:r>
              <w:rPr>
                <w:b/>
                <w:color w:val="FFFFFF"/>
                <w:sz w:val="18"/>
              </w:rPr>
              <w:t>DOCUMENT INFORMATION</w:t>
            </w:r>
          </w:p>
        </w:tc>
      </w:tr>
      <w:tr w:rsidR="0093606F" w14:paraId="779427FE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27FDE1" w14:textId="77777777" w:rsidR="0093606F" w:rsidRDefault="00000000">
            <w:r>
              <w:rPr>
                <w:b/>
                <w:sz w:val="16"/>
              </w:rPr>
              <w:t>Document Type(s)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43800C" w14:textId="77777777" w:rsidR="0093606F" w:rsidRDefault="00000000">
            <w:r>
              <w:rPr>
                <w:b/>
                <w:sz w:val="16"/>
              </w:rPr>
              <w:t>Total Number of Documents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191A5777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CF4119" w14:textId="77777777" w:rsidR="0093606F" w:rsidRDefault="00000000">
            <w:r>
              <w:rPr>
                <w:b/>
                <w:sz w:val="16"/>
              </w:rPr>
              <w:t>State / Country Where Document Was Issued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011F4A" w14:textId="77777777" w:rsidR="0093606F" w:rsidRDefault="00000000">
            <w:r>
              <w:rPr>
                <w:b/>
                <w:sz w:val="16"/>
              </w:rPr>
              <w:t>Issuing Agency / County / School / Court / Other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3EC536EF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9A3431" w14:textId="77777777" w:rsidR="0093606F" w:rsidRDefault="00000000">
            <w:r>
              <w:rPr>
                <w:b/>
                <w:sz w:val="16"/>
              </w:rPr>
              <w:t>Name Appearing on Document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D10BFA" w14:textId="77777777" w:rsidR="0093606F" w:rsidRDefault="00000000">
            <w:r>
              <w:rPr>
                <w:b/>
                <w:sz w:val="16"/>
              </w:rPr>
              <w:t>Date Document Was Issued (if known)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0A2F6EFE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D942BF" w14:textId="77777777" w:rsidR="0093606F" w:rsidRDefault="00000000">
            <w:r>
              <w:rPr>
                <w:b/>
                <w:sz w:val="16"/>
              </w:rPr>
              <w:t>Original / Certified Copy / Notarized Document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25DA5" w14:textId="77777777" w:rsidR="0093606F" w:rsidRDefault="00000000">
            <w:r>
              <w:rPr>
                <w:b/>
                <w:sz w:val="16"/>
              </w:rPr>
              <w:t>Does document contain an original signature/seal?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1A929157" w14:textId="77777777">
        <w:tc>
          <w:tcPr>
            <w:tcW w:w="10656" w:type="dxa"/>
            <w:gridSpan w:val="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1B6E7" w14:textId="77777777" w:rsidR="0093606F" w:rsidRDefault="00000000">
            <w:r>
              <w:rPr>
                <w:sz w:val="16"/>
              </w:rPr>
              <w:t>☐ Birth Certificate   ☐ Death Certificate   ☐ Marriage/Divorce   ☐ Diploma/Transcript</w:t>
            </w:r>
            <w:r>
              <w:rPr>
                <w:sz w:val="16"/>
              </w:rPr>
              <w:br/>
              <w:t>☐ Court Document   ☐ Background Check   ☐ Power of Attorney   ☐ Corporate Document   ☐ Other: __________</w:t>
            </w:r>
          </w:p>
        </w:tc>
      </w:tr>
      <w:tr w:rsidR="0093606F" w14:paraId="06FFF4A6" w14:textId="77777777">
        <w:tc>
          <w:tcPr>
            <w:tcW w:w="10656" w:type="dxa"/>
            <w:gridSpan w:val="4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DE6CC8" w14:textId="77777777" w:rsidR="0093606F" w:rsidRDefault="00000000">
            <w:r>
              <w:rPr>
                <w:b/>
                <w:color w:val="FFFFFF"/>
                <w:sz w:val="18"/>
              </w:rPr>
              <w:t>DOCUMENT REVIEW &amp; ADDITIONAL SERVICES</w:t>
            </w:r>
          </w:p>
        </w:tc>
      </w:tr>
      <w:tr w:rsidR="0093606F" w14:paraId="0E6FFD50" w14:textId="77777777">
        <w:tc>
          <w:tcPr>
            <w:tcW w:w="10656" w:type="dxa"/>
            <w:gridSpan w:val="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593C6E" w14:textId="77777777" w:rsidR="0093606F" w:rsidRDefault="00000000">
            <w:r>
              <w:rPr>
                <w:sz w:val="16"/>
              </w:rPr>
              <w:t>☐ Client has original/certified document(s)     ☐ Client only has photocopy / scan</w:t>
            </w:r>
          </w:p>
        </w:tc>
      </w:tr>
      <w:tr w:rsidR="0093606F" w14:paraId="65D2FF13" w14:textId="77777777">
        <w:tc>
          <w:tcPr>
            <w:tcW w:w="10656" w:type="dxa"/>
            <w:gridSpan w:val="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55A61F" w14:textId="77777777" w:rsidR="0093606F" w:rsidRDefault="00000000">
            <w:r>
              <w:rPr>
                <w:sz w:val="16"/>
              </w:rPr>
              <w:t>☐ Translation may be needed     Language: ____________________     ☐ Client already has translation</w:t>
            </w:r>
          </w:p>
        </w:tc>
      </w:tr>
      <w:tr w:rsidR="0093606F" w14:paraId="439FAD5C" w14:textId="77777777">
        <w:tc>
          <w:tcPr>
            <w:tcW w:w="10656" w:type="dxa"/>
            <w:gridSpan w:val="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9079DB" w14:textId="77777777" w:rsidR="0093606F" w:rsidRDefault="00000000">
            <w:r>
              <w:rPr>
                <w:sz w:val="16"/>
              </w:rPr>
              <w:t>☐ Document may require notarization before authentication     ☐ Document already notarized</w:t>
            </w:r>
          </w:p>
        </w:tc>
      </w:tr>
      <w:tr w:rsidR="0093606F" w14:paraId="77445A0B" w14:textId="77777777">
        <w:tc>
          <w:tcPr>
            <w:tcW w:w="10656" w:type="dxa"/>
            <w:gridSpan w:val="4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CA845A" w14:textId="77777777" w:rsidR="0093606F" w:rsidRDefault="00000000">
            <w:r>
              <w:rPr>
                <w:sz w:val="16"/>
              </w:rPr>
              <w:lastRenderedPageBreak/>
              <w:t>☐ Document may require county/state/federal authentication review     ☐ Requirements still need verification</w:t>
            </w:r>
          </w:p>
        </w:tc>
      </w:tr>
      <w:tr w:rsidR="0093606F" w14:paraId="59A0D6E2" w14:textId="77777777">
        <w:tc>
          <w:tcPr>
            <w:tcW w:w="10656" w:type="dxa"/>
            <w:gridSpan w:val="4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3F40AD" w14:textId="77777777" w:rsidR="0093606F" w:rsidRDefault="00000000">
            <w:r>
              <w:rPr>
                <w:b/>
                <w:color w:val="FFFFFF"/>
                <w:sz w:val="18"/>
              </w:rPr>
              <w:t>DELIVERY, RETURN &amp; TRACKING</w:t>
            </w:r>
          </w:p>
        </w:tc>
      </w:tr>
      <w:tr w:rsidR="0093606F" w14:paraId="6E6BFBAC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60721F" w14:textId="77777777" w:rsidR="0093606F" w:rsidRDefault="00000000">
            <w:r>
              <w:rPr>
                <w:b/>
                <w:sz w:val="16"/>
              </w:rPr>
              <w:t>How Will Zenshe Receive Documents?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06D6D2" w14:textId="77777777" w:rsidR="0093606F" w:rsidRDefault="00000000">
            <w:r>
              <w:rPr>
                <w:b/>
                <w:sz w:val="16"/>
              </w:rPr>
              <w:t>How Should Completed Documents Be Returned?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3DB7ACC3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A2D6F7" w14:textId="77777777" w:rsidR="0093606F" w:rsidRDefault="00000000">
            <w:r>
              <w:rPr>
                <w:b/>
                <w:sz w:val="16"/>
              </w:rPr>
              <w:t>Return Address (if different from above)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  <w: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1DA7B5" w14:textId="77777777" w:rsidR="0093606F" w:rsidRDefault="00000000">
            <w:r>
              <w:rPr>
                <w:b/>
                <w:sz w:val="16"/>
              </w:rPr>
              <w:t>Shipping Carrier / Service Requested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  <w: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342058AC" w14:textId="77777777"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6B7ECB" w14:textId="77777777" w:rsidR="0093606F" w:rsidRDefault="00000000">
            <w:r>
              <w:rPr>
                <w:b/>
                <w:sz w:val="16"/>
              </w:rPr>
              <w:t>Outgoing Tracking #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EC164D" w14:textId="77777777" w:rsidR="0093606F" w:rsidRDefault="00000000">
            <w:r>
              <w:rPr>
                <w:b/>
                <w:sz w:val="16"/>
              </w:rPr>
              <w:t>Return Tracking #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28197287" w14:textId="77777777">
        <w:tc>
          <w:tcPr>
            <w:tcW w:w="10656" w:type="dxa"/>
            <w:gridSpan w:val="4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F68A03" w14:textId="77777777" w:rsidR="0093606F" w:rsidRDefault="00000000">
            <w:r>
              <w:rPr>
                <w:b/>
                <w:color w:val="FFFFFF"/>
                <w:sz w:val="18"/>
              </w:rPr>
              <w:t>FEES &amp; PAYMENT</w:t>
            </w:r>
          </w:p>
        </w:tc>
      </w:tr>
      <w:tr w:rsidR="0093606F" w14:paraId="7BA4E295" w14:textId="77777777">
        <w:tc>
          <w:tcPr>
            <w:tcW w:w="355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4B6BEC" w14:textId="77777777" w:rsidR="0093606F" w:rsidRDefault="00000000">
            <w:r>
              <w:rPr>
                <w:b/>
                <w:sz w:val="16"/>
              </w:rPr>
              <w:t>Zenshe Service Fee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78367F" w14:textId="77777777" w:rsidR="0093606F" w:rsidRDefault="00000000">
            <w:r>
              <w:rPr>
                <w:b/>
                <w:sz w:val="16"/>
              </w:rPr>
              <w:t>Government / Filing Fees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F600F" w14:textId="77777777" w:rsidR="0093606F" w:rsidRDefault="00000000">
            <w:r>
              <w:rPr>
                <w:b/>
                <w:sz w:val="16"/>
              </w:rPr>
              <w:t>Shipping / Courier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467AFB11" w14:textId="77777777">
        <w:tc>
          <w:tcPr>
            <w:tcW w:w="355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9564BD" w14:textId="77777777" w:rsidR="0093606F" w:rsidRDefault="00000000">
            <w:r>
              <w:rPr>
                <w:b/>
                <w:sz w:val="16"/>
              </w:rPr>
              <w:t>Notary / Other Service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46952E" w14:textId="77777777" w:rsidR="0093606F" w:rsidRDefault="00000000">
            <w:r>
              <w:rPr>
                <w:b/>
                <w:sz w:val="16"/>
              </w:rPr>
              <w:t>Estimated Total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D5DC8E" w14:textId="77777777" w:rsidR="0093606F" w:rsidRDefault="00000000">
            <w:r>
              <w:rPr>
                <w:b/>
                <w:sz w:val="16"/>
              </w:rPr>
              <w:t>Deposit / Prepayment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71630248" w14:textId="77777777">
        <w:tc>
          <w:tcPr>
            <w:tcW w:w="355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FE9FF4" w14:textId="77777777" w:rsidR="0093606F" w:rsidRDefault="00000000">
            <w:r>
              <w:rPr>
                <w:b/>
                <w:sz w:val="16"/>
              </w:rPr>
              <w:t>Payment Method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4B393F" w14:textId="77777777" w:rsidR="0093606F" w:rsidRDefault="00000000">
            <w:r>
              <w:rPr>
                <w:b/>
                <w:sz w:val="16"/>
              </w:rPr>
              <w:t>Balance Due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355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FE50D" w14:textId="77777777" w:rsidR="0093606F" w:rsidRDefault="00000000">
            <w:r>
              <w:rPr>
                <w:b/>
                <w:sz w:val="16"/>
              </w:rPr>
              <w:t>Payment Status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</w:tbl>
    <w:p w14:paraId="7E5B66D5" w14:textId="77777777" w:rsidR="0093606F" w:rsidRDefault="00000000">
      <w:r>
        <w:rPr>
          <w:b/>
          <w:sz w:val="15"/>
        </w:rPr>
        <w:t xml:space="preserve">Important: </w:t>
      </w:r>
      <w:r>
        <w:rPr>
          <w:sz w:val="15"/>
        </w:rPr>
        <w:t>Government, certified-copy, translation, courier, shipping, and other third-party charges are separate from Zenshe's service fee unless specifically included in the written quote. Processing times are estimates and may change based on government agencies, document condition, destination-country requirements, carriers, or other third parties.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93606F" w14:paraId="70AF4C21" w14:textId="77777777">
        <w:tc>
          <w:tcPr>
            <w:tcW w:w="10656" w:type="dxa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50220" w14:textId="77777777" w:rsidR="0093606F" w:rsidRDefault="00000000">
            <w:r>
              <w:rPr>
                <w:b/>
                <w:color w:val="FFFFFF"/>
                <w:sz w:val="18"/>
              </w:rPr>
              <w:t>CLIENT ACKNOWLEDGMENT</w:t>
            </w:r>
          </w:p>
        </w:tc>
      </w:tr>
    </w:tbl>
    <w:p w14:paraId="10088B46" w14:textId="77777777" w:rsidR="0093606F" w:rsidRDefault="00000000">
      <w:r>
        <w:rPr>
          <w:sz w:val="16"/>
        </w:rPr>
        <w:t>I understand that Zenshe Mobile Notary LLC provides apostille facilitation and administrative support. Zenshe does not issue apostilles, does not guarantee that a government authority or foreign recipient will accept a document, and does not provide legal advice. I am responsible for providing accurate information about the destination country and intended use and for supplying the requested original or certified documents. I authorize Zenshe to submit, transport, mail, or arrange delivery of my documents as agreed.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93606F" w14:paraId="533112A6" w14:textId="77777777">
        <w:tc>
          <w:tcPr>
            <w:tcW w:w="532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D3A484" w14:textId="77777777" w:rsidR="0093606F" w:rsidRDefault="00000000">
            <w:r>
              <w:rPr>
                <w:b/>
                <w:sz w:val="16"/>
              </w:rPr>
              <w:t>Client Signature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  <w:tc>
          <w:tcPr>
            <w:tcW w:w="532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B3C9B" w14:textId="77777777" w:rsidR="0093606F" w:rsidRDefault="00000000">
            <w:r>
              <w:rPr>
                <w:b/>
                <w:sz w:val="16"/>
              </w:rPr>
              <w:t>Date</w:t>
            </w:r>
            <w:r>
              <w:rPr>
                <w:b/>
                <w:sz w:val="16"/>
              </w:rPr>
              <w:br/>
            </w:r>
            <w:r>
              <w:rPr>
                <w:sz w:val="15"/>
              </w:rPr>
              <w:t>______________________________________________</w:t>
            </w:r>
          </w:p>
        </w:tc>
      </w:tr>
      <w:tr w:rsidR="0093606F" w14:paraId="0C7042E4" w14:textId="77777777">
        <w:tc>
          <w:tcPr>
            <w:tcW w:w="10656" w:type="dxa"/>
            <w:gridSpan w:val="2"/>
            <w:shd w:val="clear" w:color="auto" w:fill="000000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54C63" w14:textId="77777777" w:rsidR="0093606F" w:rsidRDefault="00000000">
            <w:r>
              <w:rPr>
                <w:b/>
                <w:color w:val="FFFFFF"/>
                <w:sz w:val="18"/>
              </w:rPr>
              <w:t>ZENSHE INTERNAL PROCESSING CHECKLIST</w:t>
            </w:r>
          </w:p>
        </w:tc>
      </w:tr>
      <w:tr w:rsidR="0093606F" w14:paraId="53EDEEA0" w14:textId="77777777">
        <w:tc>
          <w:tcPr>
            <w:tcW w:w="10656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C2DEE6" w14:textId="77777777" w:rsidR="0093606F" w:rsidRDefault="00000000">
            <w:r>
              <w:rPr>
                <w:sz w:val="15"/>
              </w:rPr>
              <w:t>☐ Destination country verified   ☐ Apostille vs. authentication/certification route reviewed</w:t>
            </w:r>
          </w:p>
        </w:tc>
      </w:tr>
      <w:tr w:rsidR="0093606F" w14:paraId="127DF6F8" w14:textId="77777777">
        <w:tc>
          <w:tcPr>
            <w:tcW w:w="10656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E85E7E" w14:textId="77777777" w:rsidR="0093606F" w:rsidRDefault="00000000">
            <w:r>
              <w:rPr>
                <w:sz w:val="15"/>
              </w:rPr>
              <w:t>☐ Issuing authority/state verified   ☐ Document eligibility reviewed</w:t>
            </w:r>
          </w:p>
        </w:tc>
      </w:tr>
      <w:tr w:rsidR="0093606F" w14:paraId="73C27CFB" w14:textId="77777777">
        <w:tc>
          <w:tcPr>
            <w:tcW w:w="10656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7850DA" w14:textId="77777777" w:rsidR="0093606F" w:rsidRDefault="00000000">
            <w:r>
              <w:rPr>
                <w:sz w:val="15"/>
              </w:rPr>
              <w:t>☐ Original/certified-copy requirement reviewed   ☐ Notarial certificate reviewed if applicable</w:t>
            </w:r>
          </w:p>
        </w:tc>
      </w:tr>
      <w:tr w:rsidR="0093606F" w14:paraId="7A0F6F1C" w14:textId="77777777">
        <w:tc>
          <w:tcPr>
            <w:tcW w:w="10656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19575" w14:textId="77777777" w:rsidR="0093606F" w:rsidRDefault="00000000">
            <w:r>
              <w:rPr>
                <w:sz w:val="15"/>
              </w:rPr>
              <w:t>☐ Quote approved   ☐ Payment received   ☐ Documents received</w:t>
            </w:r>
          </w:p>
        </w:tc>
      </w:tr>
      <w:tr w:rsidR="0093606F" w14:paraId="085EF67E" w14:textId="77777777">
        <w:tc>
          <w:tcPr>
            <w:tcW w:w="10656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267B8F" w14:textId="77777777" w:rsidR="0093606F" w:rsidRDefault="00000000">
            <w:r>
              <w:rPr>
                <w:sz w:val="15"/>
              </w:rPr>
              <w:t>☐ Submitted Date: __________   ☐ Completed Date: __________   ☐ Returned / Shipped Date: __________</w:t>
            </w:r>
          </w:p>
        </w:tc>
      </w:tr>
    </w:tbl>
    <w:p w14:paraId="3E22F593" w14:textId="77777777" w:rsidR="005C1D1C" w:rsidRDefault="005C1D1C"/>
    <w:sectPr w:rsidR="005C1D1C" w:rsidSect="00034616">
      <w:footerReference w:type="default" r:id="rId8"/>
      <w:pgSz w:w="12240" w:h="15840"/>
      <w:pgMar w:top="576" w:right="792" w:bottom="576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F6FB82" w14:textId="77777777" w:rsidR="005C1D1C" w:rsidRDefault="005C1D1C">
      <w:pPr>
        <w:spacing w:after="0" w:line="240" w:lineRule="auto"/>
      </w:pPr>
      <w:r>
        <w:separator/>
      </w:r>
    </w:p>
  </w:endnote>
  <w:endnote w:type="continuationSeparator" w:id="0">
    <w:p w14:paraId="2D14667C" w14:textId="77777777" w:rsidR="005C1D1C" w:rsidRDefault="005C1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69746" w14:textId="77777777" w:rsidR="0093606F" w:rsidRDefault="00000000">
    <w:pPr>
      <w:pStyle w:val="Footer"/>
      <w:jc w:val="center"/>
    </w:pPr>
    <w:r>
      <w:rPr>
        <w:color w:val="646464"/>
        <w:sz w:val="14"/>
      </w:rPr>
      <w:t>Zenshe Mobile Notary LLC • (941) 479-2392 • Apostille Service Intake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CD226A" w14:textId="77777777" w:rsidR="005C1D1C" w:rsidRDefault="005C1D1C">
      <w:pPr>
        <w:spacing w:after="0" w:line="240" w:lineRule="auto"/>
      </w:pPr>
      <w:r>
        <w:separator/>
      </w:r>
    </w:p>
  </w:footnote>
  <w:footnote w:type="continuationSeparator" w:id="0">
    <w:p w14:paraId="0AB8622F" w14:textId="77777777" w:rsidR="005C1D1C" w:rsidRDefault="005C1D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6931319">
    <w:abstractNumId w:val="8"/>
  </w:num>
  <w:num w:numId="2" w16cid:durableId="606430043">
    <w:abstractNumId w:val="6"/>
  </w:num>
  <w:num w:numId="3" w16cid:durableId="754668678">
    <w:abstractNumId w:val="5"/>
  </w:num>
  <w:num w:numId="4" w16cid:durableId="1908607427">
    <w:abstractNumId w:val="4"/>
  </w:num>
  <w:num w:numId="5" w16cid:durableId="542979307">
    <w:abstractNumId w:val="7"/>
  </w:num>
  <w:num w:numId="6" w16cid:durableId="1811167799">
    <w:abstractNumId w:val="3"/>
  </w:num>
  <w:num w:numId="7" w16cid:durableId="923801662">
    <w:abstractNumId w:val="2"/>
  </w:num>
  <w:num w:numId="8" w16cid:durableId="766996681">
    <w:abstractNumId w:val="1"/>
  </w:num>
  <w:num w:numId="9" w16cid:durableId="491116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2B9"/>
    <w:rsid w:val="0015074B"/>
    <w:rsid w:val="0029639D"/>
    <w:rsid w:val="00326F90"/>
    <w:rsid w:val="005C1D1C"/>
    <w:rsid w:val="005D2756"/>
    <w:rsid w:val="0093606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A12F96"/>
  <w14:defaultImageDpi w14:val="300"/>
  <w15:docId w15:val="{99212666-B6BD-C348-8A5F-8731D97E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4937</Characters>
  <Application>Microsoft Office Word</Application>
  <DocSecurity>0</DocSecurity>
  <Lines>117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NATALIA Kendall</cp:lastModifiedBy>
  <cp:revision>2</cp:revision>
  <dcterms:created xsi:type="dcterms:W3CDTF">2026-09-09T13:47:00Z</dcterms:created>
  <dcterms:modified xsi:type="dcterms:W3CDTF">2026-09-09T13:47:00Z</dcterms:modified>
  <cp:category/>
</cp:coreProperties>
</file>