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41BB5A" w14:textId="77777777" w:rsidR="00DC111C" w:rsidRDefault="00000000">
      <w:pPr>
        <w:spacing w:after="0"/>
        <w:jc w:val="center"/>
      </w:pPr>
      <w:r>
        <w:rPr>
          <w:b/>
          <w:color w:val="000000"/>
          <w:sz w:val="44"/>
        </w:rPr>
        <w:t>ZENSHE</w:t>
      </w:r>
      <w:r>
        <w:rPr>
          <w:b/>
          <w:color w:val="C59B45"/>
          <w:sz w:val="24"/>
        </w:rPr>
        <w:t xml:space="preserve">  MOBILE NOTARY LLC</w:t>
      </w:r>
    </w:p>
    <w:p w14:paraId="43BD1F65" w14:textId="77777777" w:rsidR="00DC111C" w:rsidRDefault="00000000">
      <w:pPr>
        <w:spacing w:after="60"/>
        <w:jc w:val="center"/>
      </w:pPr>
      <w:r>
        <w:rPr>
          <w:b/>
          <w:color w:val="2F2F2F"/>
          <w:sz w:val="30"/>
        </w:rPr>
        <w:t>CLIENT INTAKE FORM</w:t>
      </w:r>
    </w:p>
    <w:p w14:paraId="496A4C45" w14:textId="77777777" w:rsidR="00DC111C" w:rsidRDefault="00000000">
      <w:pPr>
        <w:spacing w:after="120"/>
        <w:jc w:val="center"/>
      </w:pPr>
      <w:r>
        <w:rPr>
          <w:color w:val="5A5A5A"/>
          <w:sz w:val="17"/>
        </w:rPr>
        <w:t>Mobile Notary • Loan Signing • General Notary Services   |   (941) 479-2392</w:t>
      </w:r>
    </w:p>
    <w:tbl>
      <w:tblPr>
        <w:tblW w:w="0" w:type="auto"/>
        <w:jc w:val="center"/>
        <w:tblLayout w:type="fixed"/>
        <w:tblLook w:val="04A0" w:firstRow="1" w:lastRow="0" w:firstColumn="1" w:lastColumn="0" w:noHBand="0" w:noVBand="1"/>
      </w:tblPr>
      <w:tblGrid>
        <w:gridCol w:w="3552"/>
        <w:gridCol w:w="1776"/>
        <w:gridCol w:w="1776"/>
        <w:gridCol w:w="3552"/>
        <w:gridCol w:w="82"/>
      </w:tblGrid>
      <w:tr w:rsidR="00DC111C" w14:paraId="2B70E976" w14:textId="77777777">
        <w:trPr>
          <w:gridAfter w:val="1"/>
          <w:wAfter w:w="72" w:type="dxa"/>
          <w:jc w:val="center"/>
        </w:trPr>
        <w:tc>
          <w:tcPr>
            <w:tcW w:w="3552" w:type="dxa"/>
            <w:shd w:val="clear" w:color="auto" w:fill="F8F5FA"/>
            <w:tcMar>
              <w:top w:w="60" w:type="dxa"/>
              <w:left w:w="80" w:type="dxa"/>
              <w:bottom w:w="60" w:type="dxa"/>
              <w:right w:w="80" w:type="dxa"/>
            </w:tcMar>
          </w:tcPr>
          <w:p w14:paraId="0DFCC019" w14:textId="741BE38B" w:rsidR="00DC111C" w:rsidRDefault="00000000">
            <w:r>
              <w:rPr>
                <w:b/>
                <w:color w:val="000000"/>
                <w:sz w:val="17"/>
              </w:rPr>
              <w:t>Client / Job #</w:t>
            </w:r>
            <w:r>
              <w:rPr>
                <w:b/>
                <w:color w:val="000000"/>
                <w:sz w:val="17"/>
              </w:rPr>
              <w:br/>
            </w:r>
            <w:r>
              <w:rPr>
                <w:sz w:val="16"/>
              </w:rPr>
              <w:t>______________________________________________</w:t>
            </w:r>
          </w:p>
        </w:tc>
        <w:tc>
          <w:tcPr>
            <w:tcW w:w="3552" w:type="dxa"/>
            <w:gridSpan w:val="2"/>
            <w:shd w:val="clear" w:color="auto" w:fill="F8F5FA"/>
            <w:tcMar>
              <w:top w:w="60" w:type="dxa"/>
              <w:left w:w="80" w:type="dxa"/>
              <w:bottom w:w="60" w:type="dxa"/>
              <w:right w:w="80" w:type="dxa"/>
            </w:tcMar>
          </w:tcPr>
          <w:p w14:paraId="34622812" w14:textId="196BA385" w:rsidR="00DC111C" w:rsidRDefault="00000000">
            <w:r>
              <w:rPr>
                <w:b/>
                <w:color w:val="000000"/>
                <w:sz w:val="17"/>
              </w:rPr>
              <w:t>Date Intake Received</w:t>
            </w:r>
            <w:r>
              <w:rPr>
                <w:b/>
                <w:color w:val="000000"/>
                <w:sz w:val="17"/>
              </w:rPr>
              <w:br/>
            </w:r>
            <w:r>
              <w:rPr>
                <w:sz w:val="16"/>
              </w:rPr>
              <w:t>______________________________________________</w:t>
            </w:r>
          </w:p>
        </w:tc>
        <w:tc>
          <w:tcPr>
            <w:tcW w:w="3552" w:type="dxa"/>
            <w:shd w:val="clear" w:color="auto" w:fill="F8F5FA"/>
            <w:tcMar>
              <w:top w:w="60" w:type="dxa"/>
              <w:left w:w="80" w:type="dxa"/>
              <w:bottom w:w="60" w:type="dxa"/>
              <w:right w:w="80" w:type="dxa"/>
            </w:tcMar>
          </w:tcPr>
          <w:p w14:paraId="34A7FBBA" w14:textId="57867843" w:rsidR="00DC111C" w:rsidRDefault="00000000">
            <w:r>
              <w:rPr>
                <w:b/>
                <w:color w:val="000000"/>
                <w:sz w:val="17"/>
              </w:rPr>
              <w:t>Referred By / How Did You Find Us?</w:t>
            </w:r>
            <w:r>
              <w:rPr>
                <w:b/>
                <w:color w:val="000000"/>
                <w:sz w:val="17"/>
              </w:rPr>
              <w:br/>
            </w:r>
            <w:r>
              <w:rPr>
                <w:sz w:val="16"/>
              </w:rPr>
              <w:t>______________________________________________</w:t>
            </w:r>
          </w:p>
        </w:tc>
      </w:tr>
      <w:tr w:rsidR="00DC111C" w14:paraId="484156C9" w14:textId="77777777">
        <w:trPr>
          <w:gridAfter w:val="1"/>
          <w:wAfter w:w="82" w:type="dxa"/>
          <w:jc w:val="center"/>
        </w:trPr>
        <w:tc>
          <w:tcPr>
            <w:tcW w:w="10656" w:type="dxa"/>
            <w:gridSpan w:val="4"/>
            <w:shd w:val="clear" w:color="auto" w:fill="000000"/>
            <w:tcMar>
              <w:top w:w="45" w:type="dxa"/>
              <w:left w:w="90" w:type="dxa"/>
              <w:bottom w:w="45" w:type="dxa"/>
              <w:right w:w="90" w:type="dxa"/>
            </w:tcMar>
          </w:tcPr>
          <w:p w14:paraId="25B91402" w14:textId="77777777" w:rsidR="00DC111C" w:rsidRDefault="00000000">
            <w:r>
              <w:rPr>
                <w:b/>
                <w:color w:val="FFFFFF"/>
                <w:sz w:val="19"/>
              </w:rPr>
              <w:t>CLIENT INFORMATION</w:t>
            </w:r>
          </w:p>
        </w:tc>
      </w:tr>
      <w:tr w:rsidR="00DC111C" w14:paraId="1585E2E8" w14:textId="77777777">
        <w:trPr>
          <w:jc w:val="center"/>
        </w:trPr>
        <w:tc>
          <w:tcPr>
            <w:tcW w:w="5328" w:type="dxa"/>
            <w:gridSpan w:val="2"/>
            <w:tcMar>
              <w:top w:w="60" w:type="dxa"/>
              <w:left w:w="80" w:type="dxa"/>
              <w:bottom w:w="60" w:type="dxa"/>
              <w:right w:w="80" w:type="dxa"/>
            </w:tcMar>
          </w:tcPr>
          <w:p w14:paraId="0DAB307E" w14:textId="77777777" w:rsidR="00DC111C" w:rsidRDefault="00000000">
            <w:r>
              <w:rPr>
                <w:b/>
                <w:color w:val="000000"/>
                <w:sz w:val="17"/>
              </w:rPr>
              <w:t>Full Name</w:t>
            </w:r>
            <w:r>
              <w:rPr>
                <w:b/>
                <w:color w:val="000000"/>
                <w:sz w:val="17"/>
              </w:rPr>
              <w:br/>
            </w:r>
            <w:r>
              <w:rPr>
                <w:sz w:val="16"/>
              </w:rPr>
              <w:t>________________________________________________</w:t>
            </w:r>
          </w:p>
        </w:tc>
        <w:tc>
          <w:tcPr>
            <w:tcW w:w="5328" w:type="dxa"/>
            <w:gridSpan w:val="3"/>
            <w:tcMar>
              <w:top w:w="60" w:type="dxa"/>
              <w:left w:w="80" w:type="dxa"/>
              <w:bottom w:w="60" w:type="dxa"/>
              <w:right w:w="80" w:type="dxa"/>
            </w:tcMar>
          </w:tcPr>
          <w:p w14:paraId="7B701295" w14:textId="77777777" w:rsidR="00DC111C" w:rsidRDefault="00000000">
            <w:r>
              <w:rPr>
                <w:b/>
                <w:color w:val="000000"/>
                <w:sz w:val="17"/>
              </w:rPr>
              <w:t>Best Phone Number</w:t>
            </w:r>
            <w:r>
              <w:rPr>
                <w:b/>
                <w:color w:val="000000"/>
                <w:sz w:val="17"/>
              </w:rPr>
              <w:br/>
            </w:r>
            <w:r>
              <w:rPr>
                <w:sz w:val="16"/>
              </w:rPr>
              <w:t>________________________________________________</w:t>
            </w:r>
          </w:p>
        </w:tc>
      </w:tr>
      <w:tr w:rsidR="00DC111C" w14:paraId="5CBB17A1" w14:textId="77777777">
        <w:trPr>
          <w:jc w:val="center"/>
        </w:trPr>
        <w:tc>
          <w:tcPr>
            <w:tcW w:w="5328" w:type="dxa"/>
            <w:gridSpan w:val="2"/>
            <w:tcMar>
              <w:top w:w="60" w:type="dxa"/>
              <w:left w:w="80" w:type="dxa"/>
              <w:bottom w:w="60" w:type="dxa"/>
              <w:right w:w="80" w:type="dxa"/>
            </w:tcMar>
          </w:tcPr>
          <w:p w14:paraId="4C5E8CA9" w14:textId="77777777" w:rsidR="00DC111C" w:rsidRDefault="00000000">
            <w:r>
              <w:rPr>
                <w:b/>
                <w:color w:val="000000"/>
                <w:sz w:val="17"/>
              </w:rPr>
              <w:t>Email Address</w:t>
            </w:r>
            <w:r>
              <w:rPr>
                <w:b/>
                <w:color w:val="000000"/>
                <w:sz w:val="17"/>
              </w:rPr>
              <w:br/>
            </w:r>
            <w:r>
              <w:rPr>
                <w:sz w:val="16"/>
              </w:rPr>
              <w:t>________________________________________________</w:t>
            </w:r>
          </w:p>
        </w:tc>
        <w:tc>
          <w:tcPr>
            <w:tcW w:w="5328" w:type="dxa"/>
            <w:gridSpan w:val="3"/>
            <w:tcMar>
              <w:top w:w="60" w:type="dxa"/>
              <w:left w:w="80" w:type="dxa"/>
              <w:bottom w:w="60" w:type="dxa"/>
              <w:right w:w="80" w:type="dxa"/>
            </w:tcMar>
          </w:tcPr>
          <w:p w14:paraId="624719F1" w14:textId="77777777" w:rsidR="00DC111C" w:rsidRDefault="00000000">
            <w:r>
              <w:rPr>
                <w:b/>
                <w:color w:val="000000"/>
                <w:sz w:val="17"/>
              </w:rPr>
              <w:t>Preferred Contact Method</w:t>
            </w:r>
            <w:r>
              <w:rPr>
                <w:b/>
                <w:color w:val="000000"/>
                <w:sz w:val="17"/>
              </w:rPr>
              <w:br/>
            </w:r>
            <w:r>
              <w:rPr>
                <w:sz w:val="16"/>
              </w:rPr>
              <w:t>________________________________________________</w:t>
            </w:r>
          </w:p>
        </w:tc>
      </w:tr>
      <w:tr w:rsidR="00DC111C" w14:paraId="1CA597F9" w14:textId="77777777">
        <w:trPr>
          <w:jc w:val="center"/>
        </w:trPr>
        <w:tc>
          <w:tcPr>
            <w:tcW w:w="5328" w:type="dxa"/>
            <w:gridSpan w:val="2"/>
            <w:tcMar>
              <w:top w:w="60" w:type="dxa"/>
              <w:left w:w="80" w:type="dxa"/>
              <w:bottom w:w="60" w:type="dxa"/>
              <w:right w:w="80" w:type="dxa"/>
            </w:tcMar>
          </w:tcPr>
          <w:p w14:paraId="1086569B" w14:textId="77777777" w:rsidR="00DC111C" w:rsidRDefault="00000000">
            <w:r>
              <w:rPr>
                <w:b/>
                <w:color w:val="000000"/>
                <w:sz w:val="17"/>
              </w:rPr>
              <w:t>Business / Organization (if applicable)</w:t>
            </w:r>
            <w:r>
              <w:rPr>
                <w:b/>
                <w:color w:val="000000"/>
                <w:sz w:val="17"/>
              </w:rPr>
              <w:br/>
            </w:r>
            <w:r>
              <w:rPr>
                <w:sz w:val="16"/>
              </w:rPr>
              <w:t>________________________________________________</w:t>
            </w:r>
          </w:p>
        </w:tc>
        <w:tc>
          <w:tcPr>
            <w:tcW w:w="5328" w:type="dxa"/>
            <w:gridSpan w:val="3"/>
            <w:tcMar>
              <w:top w:w="60" w:type="dxa"/>
              <w:left w:w="80" w:type="dxa"/>
              <w:bottom w:w="60" w:type="dxa"/>
              <w:right w:w="80" w:type="dxa"/>
            </w:tcMar>
          </w:tcPr>
          <w:p w14:paraId="0CB526FE" w14:textId="77777777" w:rsidR="00DC111C" w:rsidRDefault="00000000">
            <w:r>
              <w:rPr>
                <w:b/>
                <w:color w:val="000000"/>
                <w:sz w:val="17"/>
              </w:rPr>
              <w:t>Best Time to Contact</w:t>
            </w:r>
            <w:r>
              <w:rPr>
                <w:b/>
                <w:color w:val="000000"/>
                <w:sz w:val="17"/>
              </w:rPr>
              <w:br/>
            </w:r>
            <w:r>
              <w:rPr>
                <w:sz w:val="16"/>
              </w:rPr>
              <w:t>________________________________________________</w:t>
            </w:r>
          </w:p>
        </w:tc>
      </w:tr>
      <w:tr w:rsidR="00DC111C" w14:paraId="4F83118C" w14:textId="77777777">
        <w:trPr>
          <w:gridAfter w:val="1"/>
          <w:wAfter w:w="82" w:type="dxa"/>
          <w:jc w:val="center"/>
        </w:trPr>
        <w:tc>
          <w:tcPr>
            <w:tcW w:w="10656" w:type="dxa"/>
            <w:gridSpan w:val="4"/>
            <w:shd w:val="clear" w:color="auto" w:fill="000000"/>
            <w:tcMar>
              <w:top w:w="45" w:type="dxa"/>
              <w:left w:w="90" w:type="dxa"/>
              <w:bottom w:w="45" w:type="dxa"/>
              <w:right w:w="90" w:type="dxa"/>
            </w:tcMar>
          </w:tcPr>
          <w:p w14:paraId="17C3D9B1" w14:textId="77777777" w:rsidR="00DC111C" w:rsidRDefault="00000000">
            <w:r>
              <w:rPr>
                <w:b/>
                <w:color w:val="FFFFFF"/>
                <w:sz w:val="19"/>
              </w:rPr>
              <w:t>SERVICE REQUESTED</w:t>
            </w:r>
          </w:p>
        </w:tc>
      </w:tr>
    </w:tbl>
    <w:tbl>
      <w:tblPr>
        <w:tblW w:w="0" w:type="auto"/>
        <w:jc w:val="center"/>
        <w:tblLook w:val="04A0" w:firstRow="1" w:lastRow="0" w:firstColumn="1" w:lastColumn="0" w:noHBand="0" w:noVBand="1"/>
      </w:tblPr>
      <w:tblGrid>
        <w:gridCol w:w="10656"/>
      </w:tblGrid>
      <w:tr w:rsidR="00DC111C" w14:paraId="5F4A6013" w14:textId="77777777">
        <w:trPr>
          <w:jc w:val="center"/>
        </w:trPr>
        <w:tc>
          <w:tcPr>
            <w:tcW w:w="10656" w:type="dxa"/>
            <w:tcMar>
              <w:top w:w="60" w:type="dxa"/>
              <w:left w:w="80" w:type="dxa"/>
              <w:bottom w:w="60" w:type="dxa"/>
              <w:right w:w="80" w:type="dxa"/>
            </w:tcMar>
          </w:tcPr>
          <w:p w14:paraId="7245152D" w14:textId="77777777" w:rsidR="00DC111C" w:rsidRDefault="00000000">
            <w:r>
              <w:t>☐ General Mobile Notary     ☐ Loan Signing     ☐ Other: __________________________</w:t>
            </w:r>
          </w:p>
        </w:tc>
      </w:tr>
      <w:tr w:rsidR="00DC111C" w14:paraId="1EE490D1" w14:textId="77777777">
        <w:trPr>
          <w:jc w:val="center"/>
        </w:trPr>
        <w:tc>
          <w:tcPr>
            <w:tcW w:w="10656" w:type="dxa"/>
            <w:tcMar>
              <w:top w:w="60" w:type="dxa"/>
              <w:left w:w="80" w:type="dxa"/>
              <w:bottom w:w="60" w:type="dxa"/>
              <w:right w:w="80" w:type="dxa"/>
            </w:tcMar>
          </w:tcPr>
          <w:p w14:paraId="435494FD" w14:textId="0A2448D0" w:rsidR="00DC111C" w:rsidRDefault="00000000">
            <w:r>
              <w:rPr>
                <w:b/>
                <w:color w:val="000000"/>
                <w:sz w:val="17"/>
              </w:rPr>
              <w:t>Document(s) / Service Needed</w:t>
            </w:r>
            <w:r>
              <w:rPr>
                <w:b/>
                <w:color w:val="000000"/>
                <w:sz w:val="17"/>
              </w:rPr>
              <w:br/>
            </w:r>
            <w:r>
              <w:rPr>
                <w:sz w:val="16"/>
              </w:rPr>
              <w:t>________________________________________________</w:t>
            </w:r>
            <w:r w:rsidR="002D14E4">
              <w:rPr>
                <w:sz w:val="16"/>
              </w:rPr>
              <w:t>_____________________________________________________________________________________________</w:t>
            </w:r>
            <w:r>
              <w:br/>
            </w:r>
            <w:r>
              <w:rPr>
                <w:sz w:val="16"/>
              </w:rPr>
              <w:t>________________________________________________</w:t>
            </w:r>
            <w:r w:rsidR="002D14E4">
              <w:rPr>
                <w:sz w:val="16"/>
              </w:rPr>
              <w:t>_____________________________________________________________________________________________</w:t>
            </w:r>
          </w:p>
        </w:tc>
      </w:tr>
    </w:tbl>
    <w:tbl>
      <w:tblPr>
        <w:tblW w:w="0" w:type="auto"/>
        <w:jc w:val="center"/>
        <w:tblLayout w:type="fixed"/>
        <w:tblLook w:val="04A0" w:firstRow="1" w:lastRow="0" w:firstColumn="1" w:lastColumn="0" w:noHBand="0" w:noVBand="1"/>
      </w:tblPr>
      <w:tblGrid>
        <w:gridCol w:w="10656"/>
      </w:tblGrid>
      <w:tr w:rsidR="00DC111C" w14:paraId="7703EF64" w14:textId="77777777">
        <w:trPr>
          <w:jc w:val="center"/>
        </w:trPr>
        <w:tc>
          <w:tcPr>
            <w:tcW w:w="10656" w:type="dxa"/>
            <w:shd w:val="clear" w:color="auto" w:fill="000000"/>
            <w:tcMar>
              <w:top w:w="45" w:type="dxa"/>
              <w:left w:w="90" w:type="dxa"/>
              <w:bottom w:w="45" w:type="dxa"/>
              <w:right w:w="90" w:type="dxa"/>
            </w:tcMar>
          </w:tcPr>
          <w:p w14:paraId="419472C6" w14:textId="77777777" w:rsidR="00DC111C" w:rsidRDefault="00000000">
            <w:r>
              <w:rPr>
                <w:b/>
                <w:color w:val="FFFFFF"/>
                <w:sz w:val="19"/>
              </w:rPr>
              <w:t>APPOINTMENT DETAILS</w:t>
            </w:r>
          </w:p>
        </w:tc>
      </w:tr>
    </w:tbl>
    <w:tbl>
      <w:tblPr>
        <w:tblW w:w="0" w:type="auto"/>
        <w:jc w:val="center"/>
        <w:tblLook w:val="04A0" w:firstRow="1" w:lastRow="0" w:firstColumn="1" w:lastColumn="0" w:noHBand="0" w:noVBand="1"/>
      </w:tblPr>
      <w:tblGrid>
        <w:gridCol w:w="5328"/>
        <w:gridCol w:w="5328"/>
      </w:tblGrid>
      <w:tr w:rsidR="00DC111C" w14:paraId="07772162" w14:textId="77777777">
        <w:trPr>
          <w:jc w:val="center"/>
        </w:trPr>
        <w:tc>
          <w:tcPr>
            <w:tcW w:w="5328" w:type="dxa"/>
            <w:tcMar>
              <w:top w:w="60" w:type="dxa"/>
              <w:left w:w="80" w:type="dxa"/>
              <w:bottom w:w="60" w:type="dxa"/>
              <w:right w:w="80" w:type="dxa"/>
            </w:tcMar>
          </w:tcPr>
          <w:p w14:paraId="6D03CAE2" w14:textId="77777777" w:rsidR="00DC111C" w:rsidRDefault="00000000">
            <w:r>
              <w:rPr>
                <w:b/>
                <w:color w:val="000000"/>
                <w:sz w:val="17"/>
              </w:rPr>
              <w:t>Requested Date</w:t>
            </w:r>
            <w:r>
              <w:rPr>
                <w:b/>
                <w:color w:val="000000"/>
                <w:sz w:val="17"/>
              </w:rPr>
              <w:br/>
            </w:r>
            <w:r>
              <w:rPr>
                <w:sz w:val="16"/>
              </w:rPr>
              <w:t>________________________________________________</w:t>
            </w:r>
          </w:p>
        </w:tc>
        <w:tc>
          <w:tcPr>
            <w:tcW w:w="5328" w:type="dxa"/>
            <w:tcMar>
              <w:top w:w="60" w:type="dxa"/>
              <w:left w:w="80" w:type="dxa"/>
              <w:bottom w:w="60" w:type="dxa"/>
              <w:right w:w="80" w:type="dxa"/>
            </w:tcMar>
          </w:tcPr>
          <w:p w14:paraId="458B2E2C" w14:textId="77777777" w:rsidR="00DC111C" w:rsidRDefault="00000000">
            <w:r>
              <w:rPr>
                <w:b/>
                <w:color w:val="000000"/>
                <w:sz w:val="17"/>
              </w:rPr>
              <w:t>Requested Time</w:t>
            </w:r>
            <w:r>
              <w:rPr>
                <w:b/>
                <w:color w:val="000000"/>
                <w:sz w:val="17"/>
              </w:rPr>
              <w:br/>
            </w:r>
            <w:r>
              <w:rPr>
                <w:sz w:val="16"/>
              </w:rPr>
              <w:t>________________________________________________</w:t>
            </w:r>
          </w:p>
        </w:tc>
      </w:tr>
      <w:tr w:rsidR="00DC111C" w14:paraId="2DE3E949" w14:textId="77777777">
        <w:trPr>
          <w:jc w:val="center"/>
        </w:trPr>
        <w:tc>
          <w:tcPr>
            <w:tcW w:w="5328" w:type="dxa"/>
            <w:tcMar>
              <w:top w:w="60" w:type="dxa"/>
              <w:left w:w="80" w:type="dxa"/>
              <w:bottom w:w="60" w:type="dxa"/>
              <w:right w:w="80" w:type="dxa"/>
            </w:tcMar>
          </w:tcPr>
          <w:p w14:paraId="00486673" w14:textId="77777777" w:rsidR="00DC111C" w:rsidRDefault="00000000">
            <w:r>
              <w:rPr>
                <w:b/>
                <w:color w:val="000000"/>
                <w:sz w:val="17"/>
              </w:rPr>
              <w:t>Appointment Address / Facility</w:t>
            </w:r>
            <w:r>
              <w:rPr>
                <w:b/>
                <w:color w:val="000000"/>
                <w:sz w:val="17"/>
              </w:rPr>
              <w:br/>
            </w:r>
            <w:r>
              <w:rPr>
                <w:sz w:val="16"/>
              </w:rPr>
              <w:t>________________________________________________</w:t>
            </w:r>
            <w:r>
              <w:br/>
            </w:r>
            <w:r>
              <w:rPr>
                <w:sz w:val="16"/>
              </w:rPr>
              <w:t>________________________________________________</w:t>
            </w:r>
          </w:p>
        </w:tc>
        <w:tc>
          <w:tcPr>
            <w:tcW w:w="5328" w:type="dxa"/>
            <w:tcMar>
              <w:top w:w="60" w:type="dxa"/>
              <w:left w:w="80" w:type="dxa"/>
              <w:bottom w:w="60" w:type="dxa"/>
              <w:right w:w="80" w:type="dxa"/>
            </w:tcMar>
          </w:tcPr>
          <w:p w14:paraId="748F05F1" w14:textId="77777777" w:rsidR="00DC111C" w:rsidRDefault="00000000">
            <w:r>
              <w:rPr>
                <w:b/>
                <w:color w:val="000000"/>
                <w:sz w:val="17"/>
              </w:rPr>
              <w:t>City / ZIP Code</w:t>
            </w:r>
            <w:r>
              <w:rPr>
                <w:b/>
                <w:color w:val="000000"/>
                <w:sz w:val="17"/>
              </w:rPr>
              <w:br/>
            </w:r>
            <w:r>
              <w:rPr>
                <w:sz w:val="16"/>
              </w:rPr>
              <w:t>________________________________________________</w:t>
            </w:r>
            <w:r>
              <w:br/>
            </w:r>
            <w:r>
              <w:rPr>
                <w:sz w:val="16"/>
              </w:rPr>
              <w:t>________________________________________________</w:t>
            </w:r>
          </w:p>
        </w:tc>
      </w:tr>
      <w:tr w:rsidR="00DC111C" w14:paraId="67473993" w14:textId="77777777">
        <w:trPr>
          <w:jc w:val="center"/>
        </w:trPr>
        <w:tc>
          <w:tcPr>
            <w:tcW w:w="5328" w:type="dxa"/>
            <w:tcMar>
              <w:top w:w="60" w:type="dxa"/>
              <w:left w:w="80" w:type="dxa"/>
              <w:bottom w:w="60" w:type="dxa"/>
              <w:right w:w="80" w:type="dxa"/>
            </w:tcMar>
          </w:tcPr>
          <w:p w14:paraId="1B796B9D" w14:textId="77777777" w:rsidR="00DC111C" w:rsidRDefault="00000000">
            <w:r>
              <w:rPr>
                <w:b/>
                <w:color w:val="000000"/>
                <w:sz w:val="17"/>
              </w:rPr>
              <w:t>Number of Signers</w:t>
            </w:r>
            <w:r>
              <w:rPr>
                <w:b/>
                <w:color w:val="000000"/>
                <w:sz w:val="17"/>
              </w:rPr>
              <w:br/>
            </w:r>
            <w:r>
              <w:rPr>
                <w:sz w:val="16"/>
              </w:rPr>
              <w:t>________________________________________________</w:t>
            </w:r>
          </w:p>
        </w:tc>
        <w:tc>
          <w:tcPr>
            <w:tcW w:w="5328" w:type="dxa"/>
            <w:tcMar>
              <w:top w:w="60" w:type="dxa"/>
              <w:left w:w="80" w:type="dxa"/>
              <w:bottom w:w="60" w:type="dxa"/>
              <w:right w:w="80" w:type="dxa"/>
            </w:tcMar>
          </w:tcPr>
          <w:p w14:paraId="1C223490" w14:textId="77777777" w:rsidR="00DC111C" w:rsidRDefault="00000000">
            <w:r>
              <w:rPr>
                <w:b/>
                <w:color w:val="000000"/>
                <w:sz w:val="17"/>
              </w:rPr>
              <w:t>Number of Documents / Notarial Acts (if known)</w:t>
            </w:r>
            <w:r>
              <w:rPr>
                <w:b/>
                <w:color w:val="000000"/>
                <w:sz w:val="17"/>
              </w:rPr>
              <w:br/>
            </w:r>
            <w:r>
              <w:rPr>
                <w:sz w:val="16"/>
              </w:rPr>
              <w:t>________________________________________________</w:t>
            </w:r>
          </w:p>
        </w:tc>
      </w:tr>
    </w:tbl>
    <w:tbl>
      <w:tblPr>
        <w:tblW w:w="0" w:type="auto"/>
        <w:jc w:val="center"/>
        <w:tblLayout w:type="fixed"/>
        <w:tblLook w:val="04A0" w:firstRow="1" w:lastRow="0" w:firstColumn="1" w:lastColumn="0" w:noHBand="0" w:noVBand="1"/>
      </w:tblPr>
      <w:tblGrid>
        <w:gridCol w:w="10656"/>
      </w:tblGrid>
      <w:tr w:rsidR="00DC111C" w14:paraId="585C2C5B" w14:textId="77777777">
        <w:trPr>
          <w:jc w:val="center"/>
        </w:trPr>
        <w:tc>
          <w:tcPr>
            <w:tcW w:w="10656" w:type="dxa"/>
            <w:shd w:val="clear" w:color="auto" w:fill="000000"/>
            <w:tcMar>
              <w:top w:w="45" w:type="dxa"/>
              <w:left w:w="90" w:type="dxa"/>
              <w:bottom w:w="45" w:type="dxa"/>
              <w:right w:w="90" w:type="dxa"/>
            </w:tcMar>
          </w:tcPr>
          <w:p w14:paraId="32789E43" w14:textId="77777777" w:rsidR="00DC111C" w:rsidRDefault="00000000">
            <w:r>
              <w:rPr>
                <w:b/>
                <w:color w:val="FFFFFF"/>
                <w:sz w:val="19"/>
              </w:rPr>
              <w:t>SIGNER, ID &amp; WITNESS READINESS</w:t>
            </w:r>
          </w:p>
        </w:tc>
      </w:tr>
    </w:tbl>
    <w:tbl>
      <w:tblPr>
        <w:tblW w:w="0" w:type="auto"/>
        <w:jc w:val="center"/>
        <w:tblLook w:val="04A0" w:firstRow="1" w:lastRow="0" w:firstColumn="1" w:lastColumn="0" w:noHBand="0" w:noVBand="1"/>
      </w:tblPr>
      <w:tblGrid>
        <w:gridCol w:w="10656"/>
      </w:tblGrid>
      <w:tr w:rsidR="00DC111C" w14:paraId="25E82082" w14:textId="77777777">
        <w:trPr>
          <w:jc w:val="center"/>
        </w:trPr>
        <w:tc>
          <w:tcPr>
            <w:tcW w:w="10656" w:type="dxa"/>
            <w:tcMar>
              <w:top w:w="55" w:type="dxa"/>
              <w:left w:w="90" w:type="dxa"/>
              <w:bottom w:w="55" w:type="dxa"/>
              <w:right w:w="90" w:type="dxa"/>
            </w:tcMar>
          </w:tcPr>
          <w:p w14:paraId="631E8BDA" w14:textId="77777777" w:rsidR="00DC111C" w:rsidRDefault="00000000">
            <w:r>
              <w:rPr>
                <w:sz w:val="17"/>
              </w:rPr>
              <w:t>☐ Signer(s) will have acceptable, current identification available</w:t>
            </w:r>
          </w:p>
        </w:tc>
      </w:tr>
      <w:tr w:rsidR="00DC111C" w14:paraId="44368B64" w14:textId="77777777">
        <w:trPr>
          <w:jc w:val="center"/>
        </w:trPr>
        <w:tc>
          <w:tcPr>
            <w:tcW w:w="10656" w:type="dxa"/>
            <w:tcMar>
              <w:top w:w="55" w:type="dxa"/>
              <w:left w:w="90" w:type="dxa"/>
              <w:bottom w:w="55" w:type="dxa"/>
              <w:right w:w="90" w:type="dxa"/>
            </w:tcMar>
          </w:tcPr>
          <w:p w14:paraId="5533EDCC" w14:textId="77777777" w:rsidR="00DC111C" w:rsidRDefault="00000000">
            <w:r>
              <w:rPr>
                <w:sz w:val="17"/>
              </w:rPr>
              <w:t>☐ Signer(s) can communicate directly with the notary and appear willing to sign</w:t>
            </w:r>
          </w:p>
        </w:tc>
      </w:tr>
      <w:tr w:rsidR="00DC111C" w14:paraId="20BEE944" w14:textId="77777777">
        <w:trPr>
          <w:jc w:val="center"/>
        </w:trPr>
        <w:tc>
          <w:tcPr>
            <w:tcW w:w="10656" w:type="dxa"/>
            <w:tcMar>
              <w:top w:w="55" w:type="dxa"/>
              <w:left w:w="90" w:type="dxa"/>
              <w:bottom w:w="55" w:type="dxa"/>
              <w:right w:w="90" w:type="dxa"/>
            </w:tcMar>
          </w:tcPr>
          <w:p w14:paraId="7B8E64D3" w14:textId="77777777" w:rsidR="00DC111C" w:rsidRDefault="00000000">
            <w:r>
              <w:rPr>
                <w:sz w:val="17"/>
              </w:rPr>
              <w:t>☐ Witness(es) required   Number needed: ______   ☐ Client providing   ☐ Need assistance locating</w:t>
            </w:r>
          </w:p>
        </w:tc>
      </w:tr>
      <w:tr w:rsidR="00DC111C" w14:paraId="5A3FD7B0" w14:textId="77777777">
        <w:trPr>
          <w:jc w:val="center"/>
        </w:trPr>
        <w:tc>
          <w:tcPr>
            <w:tcW w:w="10656" w:type="dxa"/>
            <w:tcMar>
              <w:top w:w="55" w:type="dxa"/>
              <w:left w:w="90" w:type="dxa"/>
              <w:bottom w:w="55" w:type="dxa"/>
              <w:right w:w="90" w:type="dxa"/>
            </w:tcMar>
          </w:tcPr>
          <w:p w14:paraId="57079DDC" w14:textId="77777777" w:rsidR="00DC111C" w:rsidRDefault="00000000">
            <w:r>
              <w:rPr>
                <w:sz w:val="17"/>
              </w:rPr>
              <w:t>☐ Signer is at a hospital / assisted living / rehabilitation / other facility   Facility: __________________________</w:t>
            </w:r>
          </w:p>
        </w:tc>
      </w:tr>
    </w:tbl>
    <w:p w14:paraId="5E4261D0" w14:textId="77777777" w:rsidR="00DC111C" w:rsidRDefault="00000000">
      <w:pPr>
        <w:spacing w:before="60" w:after="80"/>
      </w:pPr>
      <w:r>
        <w:rPr>
          <w:b/>
          <w:color w:val="000000"/>
          <w:sz w:val="16"/>
        </w:rPr>
        <w:t xml:space="preserve">Important: </w:t>
      </w:r>
      <w:r>
        <w:rPr>
          <w:sz w:val="16"/>
        </w:rPr>
        <w:t>The notary must independently determine identity, willingness, awareness, and whether the requested notarization can lawfully be completed. Completing this intake form does not guarantee notarization.</w:t>
      </w:r>
    </w:p>
    <w:tbl>
      <w:tblPr>
        <w:tblW w:w="0" w:type="auto"/>
        <w:jc w:val="center"/>
        <w:tblLayout w:type="fixed"/>
        <w:tblLook w:val="04A0" w:firstRow="1" w:lastRow="0" w:firstColumn="1" w:lastColumn="0" w:noHBand="0" w:noVBand="1"/>
      </w:tblPr>
      <w:tblGrid>
        <w:gridCol w:w="10656"/>
      </w:tblGrid>
      <w:tr w:rsidR="00DC111C" w14:paraId="67D50118" w14:textId="77777777">
        <w:trPr>
          <w:jc w:val="center"/>
        </w:trPr>
        <w:tc>
          <w:tcPr>
            <w:tcW w:w="10656" w:type="dxa"/>
            <w:shd w:val="clear" w:color="auto" w:fill="000000"/>
            <w:tcMar>
              <w:top w:w="45" w:type="dxa"/>
              <w:left w:w="90" w:type="dxa"/>
              <w:bottom w:w="45" w:type="dxa"/>
              <w:right w:w="90" w:type="dxa"/>
            </w:tcMar>
          </w:tcPr>
          <w:p w14:paraId="33AF5177" w14:textId="77777777" w:rsidR="00DC111C" w:rsidRDefault="00000000">
            <w:r>
              <w:rPr>
                <w:b/>
                <w:color w:val="FFFFFF"/>
                <w:sz w:val="19"/>
              </w:rPr>
              <w:lastRenderedPageBreak/>
              <w:t>FEES &amp; PAYMENT</w:t>
            </w:r>
          </w:p>
        </w:tc>
      </w:tr>
    </w:tbl>
    <w:tbl>
      <w:tblPr>
        <w:tblW w:w="0" w:type="auto"/>
        <w:jc w:val="center"/>
        <w:tblLook w:val="04A0" w:firstRow="1" w:lastRow="0" w:firstColumn="1" w:lastColumn="0" w:noHBand="0" w:noVBand="1"/>
      </w:tblPr>
      <w:tblGrid>
        <w:gridCol w:w="3552"/>
        <w:gridCol w:w="3552"/>
        <w:gridCol w:w="3693"/>
      </w:tblGrid>
      <w:tr w:rsidR="00DC111C" w14:paraId="0CAF7A6E" w14:textId="77777777">
        <w:trPr>
          <w:jc w:val="center"/>
        </w:trPr>
        <w:tc>
          <w:tcPr>
            <w:tcW w:w="3552" w:type="dxa"/>
            <w:tcMar>
              <w:top w:w="60" w:type="dxa"/>
              <w:left w:w="80" w:type="dxa"/>
              <w:bottom w:w="60" w:type="dxa"/>
              <w:right w:w="80" w:type="dxa"/>
            </w:tcMar>
          </w:tcPr>
          <w:p w14:paraId="7197DEC4" w14:textId="137DFDE7" w:rsidR="00DC111C" w:rsidRDefault="00000000">
            <w:r>
              <w:rPr>
                <w:b/>
                <w:color w:val="000000"/>
                <w:sz w:val="17"/>
              </w:rPr>
              <w:t>Quoted Notarial Fee(s)</w:t>
            </w:r>
            <w:r>
              <w:rPr>
                <w:b/>
                <w:color w:val="000000"/>
                <w:sz w:val="17"/>
              </w:rPr>
              <w:br/>
            </w:r>
            <w:r>
              <w:rPr>
                <w:sz w:val="16"/>
              </w:rPr>
              <w:t>______________________________________________</w:t>
            </w:r>
          </w:p>
        </w:tc>
        <w:tc>
          <w:tcPr>
            <w:tcW w:w="3552" w:type="dxa"/>
            <w:tcMar>
              <w:top w:w="60" w:type="dxa"/>
              <w:left w:w="80" w:type="dxa"/>
              <w:bottom w:w="60" w:type="dxa"/>
              <w:right w:w="80" w:type="dxa"/>
            </w:tcMar>
          </w:tcPr>
          <w:p w14:paraId="6A49F85E" w14:textId="63823A3E" w:rsidR="00DC111C" w:rsidRDefault="00000000">
            <w:r>
              <w:rPr>
                <w:b/>
                <w:color w:val="000000"/>
                <w:sz w:val="17"/>
              </w:rPr>
              <w:t>Travel / Convenience Fee</w:t>
            </w:r>
            <w:r>
              <w:rPr>
                <w:b/>
                <w:color w:val="000000"/>
                <w:sz w:val="17"/>
              </w:rPr>
              <w:br/>
            </w:r>
            <w:r>
              <w:rPr>
                <w:sz w:val="16"/>
              </w:rPr>
              <w:t>______________________________________________</w:t>
            </w:r>
          </w:p>
        </w:tc>
        <w:tc>
          <w:tcPr>
            <w:tcW w:w="3552" w:type="dxa"/>
            <w:tcMar>
              <w:top w:w="60" w:type="dxa"/>
              <w:left w:w="80" w:type="dxa"/>
              <w:bottom w:w="60" w:type="dxa"/>
              <w:right w:w="80" w:type="dxa"/>
            </w:tcMar>
          </w:tcPr>
          <w:p w14:paraId="32CA0F08" w14:textId="160146A0" w:rsidR="00DC111C" w:rsidRDefault="00000000">
            <w:r>
              <w:rPr>
                <w:b/>
                <w:color w:val="000000"/>
                <w:sz w:val="17"/>
              </w:rPr>
              <w:t>Estimated Total</w:t>
            </w:r>
            <w:r>
              <w:rPr>
                <w:b/>
                <w:color w:val="000000"/>
                <w:sz w:val="17"/>
              </w:rPr>
              <w:br/>
            </w:r>
            <w:r>
              <w:rPr>
                <w:sz w:val="16"/>
              </w:rPr>
              <w:t>______________________________________________</w:t>
            </w:r>
          </w:p>
        </w:tc>
      </w:tr>
      <w:tr w:rsidR="00DC111C" w14:paraId="00C5B770" w14:textId="77777777">
        <w:trPr>
          <w:jc w:val="center"/>
        </w:trPr>
        <w:tc>
          <w:tcPr>
            <w:tcW w:w="3552" w:type="dxa"/>
            <w:tcMar>
              <w:top w:w="60" w:type="dxa"/>
              <w:left w:w="80" w:type="dxa"/>
              <w:bottom w:w="60" w:type="dxa"/>
              <w:right w:w="80" w:type="dxa"/>
            </w:tcMar>
          </w:tcPr>
          <w:p w14:paraId="42F87D3E" w14:textId="64A7AAB2" w:rsidR="00DC111C" w:rsidRDefault="00000000">
            <w:r>
              <w:rPr>
                <w:b/>
                <w:color w:val="000000"/>
                <w:sz w:val="17"/>
              </w:rPr>
              <w:t>Payment Method</w:t>
            </w:r>
            <w:r>
              <w:rPr>
                <w:b/>
                <w:color w:val="000000"/>
                <w:sz w:val="17"/>
              </w:rPr>
              <w:br/>
            </w:r>
            <w:r>
              <w:rPr>
                <w:sz w:val="16"/>
              </w:rPr>
              <w:t>_____________________________________________</w:t>
            </w:r>
          </w:p>
        </w:tc>
        <w:tc>
          <w:tcPr>
            <w:tcW w:w="3552" w:type="dxa"/>
            <w:tcMar>
              <w:top w:w="60" w:type="dxa"/>
              <w:left w:w="80" w:type="dxa"/>
              <w:bottom w:w="60" w:type="dxa"/>
              <w:right w:w="80" w:type="dxa"/>
            </w:tcMar>
          </w:tcPr>
          <w:p w14:paraId="51E97E9A" w14:textId="7D04C8D7" w:rsidR="00DC111C" w:rsidRDefault="00000000">
            <w:r>
              <w:rPr>
                <w:b/>
                <w:color w:val="000000"/>
                <w:sz w:val="17"/>
              </w:rPr>
              <w:t>Deposit / Prepayment</w:t>
            </w:r>
            <w:r>
              <w:rPr>
                <w:b/>
                <w:color w:val="000000"/>
                <w:sz w:val="17"/>
              </w:rPr>
              <w:br/>
            </w:r>
            <w:r>
              <w:rPr>
                <w:sz w:val="16"/>
              </w:rPr>
              <w:t>______________________________________________</w:t>
            </w:r>
          </w:p>
        </w:tc>
        <w:tc>
          <w:tcPr>
            <w:tcW w:w="3552" w:type="dxa"/>
            <w:tcMar>
              <w:top w:w="60" w:type="dxa"/>
              <w:left w:w="80" w:type="dxa"/>
              <w:bottom w:w="60" w:type="dxa"/>
              <w:right w:w="80" w:type="dxa"/>
            </w:tcMar>
          </w:tcPr>
          <w:p w14:paraId="05AAB3F0" w14:textId="77777777" w:rsidR="00DC111C" w:rsidRDefault="00000000">
            <w:r>
              <w:rPr>
                <w:b/>
                <w:color w:val="000000"/>
                <w:sz w:val="17"/>
              </w:rPr>
              <w:t>Balance Due</w:t>
            </w:r>
            <w:r>
              <w:rPr>
                <w:b/>
                <w:color w:val="000000"/>
                <w:sz w:val="17"/>
              </w:rPr>
              <w:br/>
            </w:r>
            <w:r>
              <w:rPr>
                <w:sz w:val="16"/>
              </w:rPr>
              <w:t>________________________________________________</w:t>
            </w:r>
          </w:p>
        </w:tc>
      </w:tr>
    </w:tbl>
    <w:p w14:paraId="3C1AEE79" w14:textId="77777777" w:rsidR="00DC111C" w:rsidRDefault="00000000">
      <w:pPr>
        <w:spacing w:before="40" w:after="80"/>
      </w:pPr>
      <w:r>
        <w:rPr>
          <w:b/>
          <w:color w:val="000000"/>
          <w:sz w:val="16"/>
        </w:rPr>
        <w:t xml:space="preserve">Fee note: </w:t>
      </w:r>
      <w:r>
        <w:rPr>
          <w:sz w:val="16"/>
        </w:rPr>
        <w:t>Any travel, convenience, printing, shipping, or other non-notarial service charge should be disclosed separately from the notarial fee before the appointment.</w:t>
      </w:r>
    </w:p>
    <w:tbl>
      <w:tblPr>
        <w:tblW w:w="0" w:type="auto"/>
        <w:jc w:val="center"/>
        <w:tblLayout w:type="fixed"/>
        <w:tblLook w:val="04A0" w:firstRow="1" w:lastRow="0" w:firstColumn="1" w:lastColumn="0" w:noHBand="0" w:noVBand="1"/>
      </w:tblPr>
      <w:tblGrid>
        <w:gridCol w:w="10656"/>
      </w:tblGrid>
      <w:tr w:rsidR="00DC111C" w14:paraId="31E8AF00" w14:textId="77777777">
        <w:trPr>
          <w:jc w:val="center"/>
        </w:trPr>
        <w:tc>
          <w:tcPr>
            <w:tcW w:w="10656" w:type="dxa"/>
            <w:shd w:val="clear" w:color="auto" w:fill="000000"/>
            <w:tcMar>
              <w:top w:w="45" w:type="dxa"/>
              <w:left w:w="90" w:type="dxa"/>
              <w:bottom w:w="45" w:type="dxa"/>
              <w:right w:w="90" w:type="dxa"/>
            </w:tcMar>
          </w:tcPr>
          <w:p w14:paraId="703B66EE" w14:textId="77777777" w:rsidR="00DC111C" w:rsidRDefault="00000000">
            <w:r>
              <w:rPr>
                <w:b/>
                <w:color w:val="FFFFFF"/>
                <w:sz w:val="19"/>
              </w:rPr>
              <w:t>SPECIAL INSTRUCTIONS / ACCESSIBILITY / PARKING</w:t>
            </w:r>
          </w:p>
        </w:tc>
      </w:tr>
    </w:tbl>
    <w:tbl>
      <w:tblPr>
        <w:tblW w:w="0" w:type="auto"/>
        <w:jc w:val="center"/>
        <w:tblLook w:val="04A0" w:firstRow="1" w:lastRow="0" w:firstColumn="1" w:lastColumn="0" w:noHBand="0" w:noVBand="1"/>
      </w:tblPr>
      <w:tblGrid>
        <w:gridCol w:w="10656"/>
      </w:tblGrid>
      <w:tr w:rsidR="00DC111C" w14:paraId="5D3DB074" w14:textId="77777777">
        <w:trPr>
          <w:jc w:val="center"/>
        </w:trPr>
        <w:tc>
          <w:tcPr>
            <w:tcW w:w="10656" w:type="dxa"/>
            <w:tcMar>
              <w:top w:w="60" w:type="dxa"/>
              <w:left w:w="80" w:type="dxa"/>
              <w:bottom w:w="60" w:type="dxa"/>
              <w:right w:w="80" w:type="dxa"/>
            </w:tcMar>
          </w:tcPr>
          <w:p w14:paraId="468E541D" w14:textId="3BA714FE" w:rsidR="00DC111C" w:rsidRDefault="00000000">
            <w:r>
              <w:rPr>
                <w:b/>
                <w:color w:val="000000"/>
                <w:sz w:val="17"/>
              </w:rPr>
              <w:t>Please note gate codes, parking instructions, facility contact, accessibility needs, or other helpful details</w:t>
            </w:r>
            <w:r>
              <w:rPr>
                <w:b/>
                <w:color w:val="000000"/>
                <w:sz w:val="17"/>
              </w:rPr>
              <w:br/>
            </w:r>
            <w:r>
              <w:rPr>
                <w:sz w:val="16"/>
              </w:rPr>
              <w:t>________________________________________________</w:t>
            </w:r>
            <w:r w:rsidR="002D14E4">
              <w:rPr>
                <w:sz w:val="16"/>
              </w:rPr>
              <w:t>______________________________________________________________________________________________</w:t>
            </w:r>
            <w:r>
              <w:br/>
            </w:r>
            <w:r>
              <w:rPr>
                <w:sz w:val="16"/>
              </w:rPr>
              <w:t>________________________________________________</w:t>
            </w:r>
            <w:r w:rsidR="002D14E4">
              <w:rPr>
                <w:sz w:val="16"/>
              </w:rPr>
              <w:t>______________________________________________________________________________________________</w:t>
            </w:r>
            <w:r>
              <w:br/>
            </w:r>
            <w:r>
              <w:rPr>
                <w:sz w:val="16"/>
              </w:rPr>
              <w:t>________________________________________________</w:t>
            </w:r>
            <w:r w:rsidR="002D14E4">
              <w:rPr>
                <w:sz w:val="16"/>
              </w:rPr>
              <w:t>______________________________________________________________________________________________</w:t>
            </w:r>
          </w:p>
        </w:tc>
      </w:tr>
    </w:tbl>
    <w:tbl>
      <w:tblPr>
        <w:tblW w:w="0" w:type="auto"/>
        <w:jc w:val="center"/>
        <w:tblLayout w:type="fixed"/>
        <w:tblLook w:val="04A0" w:firstRow="1" w:lastRow="0" w:firstColumn="1" w:lastColumn="0" w:noHBand="0" w:noVBand="1"/>
      </w:tblPr>
      <w:tblGrid>
        <w:gridCol w:w="10656"/>
      </w:tblGrid>
      <w:tr w:rsidR="00DC111C" w14:paraId="04D2F0E4" w14:textId="77777777">
        <w:trPr>
          <w:jc w:val="center"/>
        </w:trPr>
        <w:tc>
          <w:tcPr>
            <w:tcW w:w="10656" w:type="dxa"/>
            <w:shd w:val="clear" w:color="auto" w:fill="000000"/>
            <w:tcMar>
              <w:top w:w="45" w:type="dxa"/>
              <w:left w:w="90" w:type="dxa"/>
              <w:bottom w:w="45" w:type="dxa"/>
              <w:right w:w="90" w:type="dxa"/>
            </w:tcMar>
          </w:tcPr>
          <w:p w14:paraId="22A73CC4" w14:textId="77777777" w:rsidR="00DC111C" w:rsidRDefault="00000000">
            <w:r>
              <w:rPr>
                <w:b/>
                <w:color w:val="FFFFFF"/>
                <w:sz w:val="19"/>
              </w:rPr>
              <w:t>ZENSHE INTERNAL NOTES</w:t>
            </w:r>
          </w:p>
        </w:tc>
      </w:tr>
    </w:tbl>
    <w:tbl>
      <w:tblPr>
        <w:tblW w:w="0" w:type="auto"/>
        <w:jc w:val="center"/>
        <w:tblLook w:val="04A0" w:firstRow="1" w:lastRow="0" w:firstColumn="1" w:lastColumn="0" w:noHBand="0" w:noVBand="1"/>
      </w:tblPr>
      <w:tblGrid>
        <w:gridCol w:w="10656"/>
      </w:tblGrid>
      <w:tr w:rsidR="00DC111C" w14:paraId="04745CED" w14:textId="77777777">
        <w:trPr>
          <w:jc w:val="center"/>
        </w:trPr>
        <w:tc>
          <w:tcPr>
            <w:tcW w:w="10656" w:type="dxa"/>
            <w:tcMar>
              <w:top w:w="60" w:type="dxa"/>
              <w:left w:w="80" w:type="dxa"/>
              <w:bottom w:w="60" w:type="dxa"/>
              <w:right w:w="80" w:type="dxa"/>
            </w:tcMar>
          </w:tcPr>
          <w:p w14:paraId="2B700B75" w14:textId="5BC9BAD0" w:rsidR="00DC111C" w:rsidRDefault="00000000">
            <w:r>
              <w:rPr>
                <w:b/>
                <w:color w:val="000000"/>
                <w:sz w:val="17"/>
              </w:rPr>
              <w:t>Internal Notes / Follow-Up</w:t>
            </w:r>
            <w:r>
              <w:rPr>
                <w:b/>
                <w:color w:val="000000"/>
                <w:sz w:val="17"/>
              </w:rPr>
              <w:br/>
            </w:r>
            <w:r>
              <w:rPr>
                <w:sz w:val="16"/>
              </w:rPr>
              <w:t>________________________________________________</w:t>
            </w:r>
            <w:r w:rsidR="002D14E4">
              <w:rPr>
                <w:sz w:val="16"/>
              </w:rPr>
              <w:t>______________________________________________________________________________________________</w:t>
            </w:r>
            <w:r>
              <w:br/>
            </w:r>
            <w:r>
              <w:rPr>
                <w:sz w:val="16"/>
              </w:rPr>
              <w:t>________________________________________________</w:t>
            </w:r>
            <w:r w:rsidR="002D14E4">
              <w:rPr>
                <w:sz w:val="16"/>
              </w:rPr>
              <w:t>______________________________________________________________________________________________</w:t>
            </w:r>
            <w:r>
              <w:br/>
            </w:r>
            <w:r>
              <w:rPr>
                <w:sz w:val="16"/>
              </w:rPr>
              <w:t>________________________________________________</w:t>
            </w:r>
            <w:r w:rsidR="002D14E4">
              <w:rPr>
                <w:sz w:val="16"/>
              </w:rPr>
              <w:t>______________________________________________________________________________________________</w:t>
            </w:r>
          </w:p>
        </w:tc>
      </w:tr>
    </w:tbl>
    <w:p w14:paraId="7F1DA644" w14:textId="77777777" w:rsidR="00DC111C" w:rsidRDefault="00000000">
      <w:pPr>
        <w:spacing w:before="100" w:after="60"/>
      </w:pPr>
      <w:r>
        <w:rPr>
          <w:b/>
          <w:color w:val="000000"/>
          <w:sz w:val="19"/>
        </w:rPr>
        <w:t>CLIENT ACKNOWLEDGMENT</w:t>
      </w:r>
    </w:p>
    <w:p w14:paraId="2F808B6B" w14:textId="77777777" w:rsidR="00DC111C" w:rsidRDefault="00000000">
      <w:pPr>
        <w:spacing w:after="100"/>
      </w:pPr>
      <w:r>
        <w:rPr>
          <w:sz w:val="16"/>
        </w:rPr>
        <w:t>I understand that Zenshe Mobile Notary LLC provides notarial and related administrative services and does not provide legal advice, select notarial certificates for me, or determine the legal effect of my documents. I am responsible for providing complete documents, acceptable identification, and any required witnesses unless otherwise arranged.</w:t>
      </w:r>
    </w:p>
    <w:tbl>
      <w:tblPr>
        <w:tblW w:w="0" w:type="auto"/>
        <w:jc w:val="center"/>
        <w:tblLook w:val="04A0" w:firstRow="1" w:lastRow="0" w:firstColumn="1" w:lastColumn="0" w:noHBand="0" w:noVBand="1"/>
      </w:tblPr>
      <w:tblGrid>
        <w:gridCol w:w="5328"/>
        <w:gridCol w:w="5328"/>
      </w:tblGrid>
      <w:tr w:rsidR="00DC111C" w14:paraId="46D547FE" w14:textId="77777777">
        <w:trPr>
          <w:jc w:val="center"/>
        </w:trPr>
        <w:tc>
          <w:tcPr>
            <w:tcW w:w="5328" w:type="dxa"/>
            <w:tcMar>
              <w:top w:w="60" w:type="dxa"/>
              <w:left w:w="80" w:type="dxa"/>
              <w:bottom w:w="60" w:type="dxa"/>
              <w:right w:w="80" w:type="dxa"/>
            </w:tcMar>
          </w:tcPr>
          <w:p w14:paraId="7171665A" w14:textId="77777777" w:rsidR="00DC111C" w:rsidRDefault="00000000">
            <w:r>
              <w:rPr>
                <w:b/>
                <w:color w:val="000000"/>
                <w:sz w:val="17"/>
              </w:rPr>
              <w:t>Client Signature</w:t>
            </w:r>
            <w:r>
              <w:rPr>
                <w:b/>
                <w:color w:val="000000"/>
                <w:sz w:val="17"/>
              </w:rPr>
              <w:br/>
            </w:r>
            <w:r>
              <w:rPr>
                <w:sz w:val="16"/>
              </w:rPr>
              <w:t>________________________________________________</w:t>
            </w:r>
          </w:p>
        </w:tc>
        <w:tc>
          <w:tcPr>
            <w:tcW w:w="5328" w:type="dxa"/>
            <w:tcMar>
              <w:top w:w="60" w:type="dxa"/>
              <w:left w:w="80" w:type="dxa"/>
              <w:bottom w:w="60" w:type="dxa"/>
              <w:right w:w="80" w:type="dxa"/>
            </w:tcMar>
          </w:tcPr>
          <w:p w14:paraId="26708CC6" w14:textId="77777777" w:rsidR="00DC111C" w:rsidRDefault="00000000">
            <w:r>
              <w:rPr>
                <w:b/>
                <w:color w:val="000000"/>
                <w:sz w:val="17"/>
              </w:rPr>
              <w:t>Date</w:t>
            </w:r>
            <w:r>
              <w:rPr>
                <w:b/>
                <w:color w:val="000000"/>
                <w:sz w:val="17"/>
              </w:rPr>
              <w:br/>
            </w:r>
            <w:r>
              <w:rPr>
                <w:sz w:val="16"/>
              </w:rPr>
              <w:t>________________________________________________</w:t>
            </w:r>
          </w:p>
        </w:tc>
      </w:tr>
    </w:tbl>
    <w:p w14:paraId="7F37C0B9" w14:textId="77777777" w:rsidR="000055B6" w:rsidRDefault="000055B6"/>
    <w:sectPr w:rsidR="000055B6" w:rsidSect="00034616">
      <w:headerReference w:type="default" r:id="rId8"/>
      <w:footerReference w:type="default" r:id="rId9"/>
      <w:pgSz w:w="12240" w:h="15840"/>
      <w:pgMar w:top="648" w:right="792" w:bottom="648"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65AB66" w14:textId="77777777" w:rsidR="000055B6" w:rsidRDefault="000055B6">
      <w:pPr>
        <w:spacing w:after="0" w:line="240" w:lineRule="auto"/>
      </w:pPr>
      <w:r>
        <w:separator/>
      </w:r>
    </w:p>
  </w:endnote>
  <w:endnote w:type="continuationSeparator" w:id="0">
    <w:p w14:paraId="18576AFD" w14:textId="77777777" w:rsidR="000055B6" w:rsidRDefault="000055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F398F1" w14:textId="77777777" w:rsidR="00DC111C" w:rsidRDefault="00000000">
    <w:pPr>
      <w:pStyle w:val="Footer"/>
      <w:jc w:val="center"/>
    </w:pPr>
    <w:r>
      <w:rPr>
        <w:color w:val="6E6E6E"/>
        <w:sz w:val="15"/>
      </w:rPr>
      <w:t>Zenshe Mobile Notary LLC • (941) 479-2392 • Client Intake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F020C9" w14:textId="77777777" w:rsidR="000055B6" w:rsidRDefault="000055B6">
      <w:pPr>
        <w:spacing w:after="0" w:line="240" w:lineRule="auto"/>
      </w:pPr>
      <w:r>
        <w:separator/>
      </w:r>
    </w:p>
  </w:footnote>
  <w:footnote w:type="continuationSeparator" w:id="0">
    <w:p w14:paraId="0E9D20C0" w14:textId="77777777" w:rsidR="000055B6" w:rsidRDefault="000055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792763" w14:textId="77777777" w:rsidR="00DC111C" w:rsidRDefault="00DC11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22708899">
    <w:abstractNumId w:val="8"/>
  </w:num>
  <w:num w:numId="2" w16cid:durableId="1302539868">
    <w:abstractNumId w:val="6"/>
  </w:num>
  <w:num w:numId="3" w16cid:durableId="1579706944">
    <w:abstractNumId w:val="5"/>
  </w:num>
  <w:num w:numId="4" w16cid:durableId="45643173">
    <w:abstractNumId w:val="4"/>
  </w:num>
  <w:num w:numId="5" w16cid:durableId="1272778728">
    <w:abstractNumId w:val="7"/>
  </w:num>
  <w:num w:numId="6" w16cid:durableId="1488010279">
    <w:abstractNumId w:val="3"/>
  </w:num>
  <w:num w:numId="7" w16cid:durableId="1937977463">
    <w:abstractNumId w:val="2"/>
  </w:num>
  <w:num w:numId="8" w16cid:durableId="1921136719">
    <w:abstractNumId w:val="1"/>
  </w:num>
  <w:num w:numId="9" w16cid:durableId="23127729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55B6"/>
    <w:rsid w:val="00034616"/>
    <w:rsid w:val="0006063C"/>
    <w:rsid w:val="0015074B"/>
    <w:rsid w:val="0029639D"/>
    <w:rsid w:val="002D14E4"/>
    <w:rsid w:val="00326F90"/>
    <w:rsid w:val="00AA1D8D"/>
    <w:rsid w:val="00B47730"/>
    <w:rsid w:val="00CB0664"/>
    <w:rsid w:val="00D533E2"/>
    <w:rsid w:val="00DC111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17AE9E"/>
  <w14:defaultImageDpi w14:val="300"/>
  <w15:docId w15:val="{902783BC-0526-6D41-A4B7-98D770F05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399</Words>
  <Characters>4106</Characters>
  <Application>Microsoft Office Word</Application>
  <DocSecurity>0</DocSecurity>
  <Lines>110</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NATALIA Kendall</cp:lastModifiedBy>
  <cp:revision>2</cp:revision>
  <dcterms:created xsi:type="dcterms:W3CDTF">2013-12-23T23:15:00Z</dcterms:created>
  <dcterms:modified xsi:type="dcterms:W3CDTF">2026-09-14T14:49:00Z</dcterms:modified>
  <cp:category/>
</cp:coreProperties>
</file>